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color w:val="808080"/>
          <w:sz w:val="21"/>
        </w:rPr>
        <w:t>__________________________________</w:t>
      </w:r>
    </w:p>
    <w:p>
      <w:pPr>
        <w:spacing w:before="0" w:after="160"/>
        <w:jc w:val="right"/>
      </w:pPr>
      <w:r>
        <w:rPr>
          <w:color w:val="808080"/>
          <w:sz w:val="19"/>
        </w:rPr>
        <w:t>(miejscowość, data)</w:t>
      </w:r>
    </w:p>
    <w:p>
      <w:pPr>
        <w:keepNext/>
        <w:spacing w:before="0" w:after="60"/>
      </w:pPr>
      <w:r>
        <w:rPr>
          <w:b/>
          <w:sz w:val="23"/>
        </w:rPr>
        <w:t>Konsument</w:t>
      </w:r>
    </w:p>
    <w:p>
      <w:pPr>
        <w:spacing w:before="0" w:after="80"/>
      </w:pPr>
      <w:r>
        <w:rPr>
          <w:b/>
          <w:sz w:val="21"/>
        </w:rPr>
        <w:t xml:space="preserve">Imię i nazwisko: </w:t>
      </w:r>
      <w:r>
        <w:rPr>
          <w:color w:val="808080"/>
          <w:sz w:val="21"/>
        </w:rPr>
        <w:t>____________________________________________________</w:t>
      </w:r>
      <w:r>
        <w:rPr>
          <w:sz w:val="21"/>
        </w:rPr>
        <w:t xml:space="preserve"> </w:t>
      </w:r>
    </w:p>
    <w:p>
      <w:pPr>
        <w:spacing w:before="0" w:after="80"/>
      </w:pPr>
      <w:r>
        <w:rPr>
          <w:b/>
          <w:sz w:val="21"/>
        </w:rPr>
        <w:t xml:space="preserve">Adres: </w:t>
      </w:r>
      <w:r>
        <w:rPr>
          <w:color w:val="808080"/>
          <w:sz w:val="21"/>
        </w:rPr>
        <w:t>______________________________________________________________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80"/>
      </w:pPr>
      <w:r>
        <w:rPr>
          <w:b/>
          <w:sz w:val="21"/>
        </w:rPr>
        <w:t xml:space="preserve">Telefon / e-mail: </w:t>
      </w:r>
      <w:r>
        <w:rPr>
          <w:color w:val="808080"/>
          <w:sz w:val="21"/>
        </w:rPr>
        <w:t>___________________________________________________</w:t>
      </w:r>
      <w:r>
        <w:rPr>
          <w:sz w:val="21"/>
        </w:rPr>
        <w:t xml:space="preserve"> </w:t>
      </w:r>
    </w:p>
    <w:p>
      <w:pPr>
        <w:keepNext/>
        <w:spacing w:before="160" w:after="60"/>
      </w:pPr>
      <w:r>
        <w:rPr>
          <w:b/>
          <w:sz w:val="23"/>
        </w:rPr>
        <w:t>Sprzedawca</w:t>
      </w:r>
    </w:p>
    <w:p>
      <w:pPr>
        <w:spacing w:before="0" w:after="80"/>
      </w:pPr>
      <w:r>
        <w:rPr>
          <w:b/>
          <w:sz w:val="21"/>
        </w:rPr>
        <w:t xml:space="preserve">Nazwa: </w:t>
      </w:r>
      <w:r>
        <w:rPr>
          <w:color w:val="808080"/>
          <w:sz w:val="21"/>
        </w:rPr>
        <w:t>______________________________________________________________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160"/>
      </w:pPr>
      <w:r>
        <w:rPr>
          <w:b/>
          <w:sz w:val="21"/>
        </w:rPr>
        <w:t xml:space="preserve">Adres: </w:t>
      </w:r>
      <w:r>
        <w:rPr>
          <w:color w:val="808080"/>
          <w:sz w:val="21"/>
        </w:rPr>
        <w:t>______________________________________________________________</w:t>
      </w:r>
      <w:r>
        <w:rPr>
          <w:sz w:val="21"/>
        </w:rPr>
        <w:t xml:space="preserve"> </w:t>
      </w:r>
    </w:p>
    <w:p>
      <w:pPr>
        <w:spacing w:before="0" w:after="200"/>
        <w:jc w:val="center"/>
      </w:pPr>
      <w:r>
        <w:rPr>
          <w:b/>
          <w:sz w:val="28"/>
        </w:rPr>
        <w:t>Reklamacja obuwia z tytułu niezgodności towaru z umową</w:t>
      </w:r>
    </w:p>
    <w:p>
      <w:pPr>
        <w:spacing w:before="0" w:after="60"/>
      </w:pPr>
      <w:r>
        <w:rPr>
          <w:sz w:val="21"/>
        </w:rPr>
        <w:t>Reklamuję obuwie:</w:t>
      </w:r>
    </w:p>
    <w:p>
      <w:pPr>
        <w:spacing w:before="0" w:after="60"/>
      </w:pPr>
      <w:r>
        <w:rPr>
          <w:b/>
          <w:sz w:val="21"/>
        </w:rPr>
        <w:t xml:space="preserve">Marka i model: </w:t>
      </w:r>
      <w:r>
        <w:rPr>
          <w:color w:val="808080"/>
          <w:sz w:val="21"/>
        </w:rPr>
        <w:t>__________________________________________________</w:t>
      </w:r>
      <w:r>
        <w:rPr>
          <w:sz w:val="21"/>
        </w:rPr>
        <w:t xml:space="preserve"> </w:t>
      </w:r>
    </w:p>
    <w:p>
      <w:pPr>
        <w:spacing w:before="0" w:after="60"/>
      </w:pPr>
      <w:r>
        <w:rPr>
          <w:b/>
          <w:sz w:val="21"/>
        </w:rPr>
        <w:t xml:space="preserve">Rozmiar, kolor: </w:t>
      </w:r>
      <w:r>
        <w:rPr>
          <w:color w:val="808080"/>
          <w:sz w:val="21"/>
        </w:rPr>
        <w:t>__________________________________________________</w:t>
      </w:r>
      <w:r>
        <w:rPr>
          <w:sz w:val="21"/>
        </w:rPr>
        <w:t xml:space="preserve"> </w:t>
      </w:r>
    </w:p>
    <w:p>
      <w:pPr>
        <w:spacing w:before="0" w:after="60"/>
      </w:pPr>
      <w:r>
        <w:rPr>
          <w:b/>
          <w:sz w:val="21"/>
        </w:rPr>
        <w:t xml:space="preserve">Data zakupu: </w:t>
      </w:r>
      <w:r>
        <w:rPr>
          <w:color w:val="808080"/>
          <w:sz w:val="21"/>
        </w:rPr>
        <w:t>______________________</w:t>
      </w:r>
      <w:r>
        <w:rPr>
          <w:sz w:val="21"/>
        </w:rPr>
        <w:t xml:space="preserve"> </w:t>
      </w:r>
      <w:r>
        <w:rPr>
          <w:color w:val="808080"/>
          <w:sz w:val="19"/>
        </w:rPr>
        <w:t>(przy zakupie online — data dostarczenia)</w:t>
      </w:r>
    </w:p>
    <w:p>
      <w:pPr>
        <w:spacing w:before="0" w:after="60"/>
      </w:pPr>
      <w:r>
        <w:rPr>
          <w:b/>
          <w:sz w:val="21"/>
        </w:rPr>
        <w:t xml:space="preserve">Cena: </w:t>
      </w:r>
      <w:r>
        <w:rPr>
          <w:color w:val="808080"/>
          <w:sz w:val="21"/>
        </w:rPr>
        <w:t>____________________</w:t>
      </w:r>
      <w:r>
        <w:rPr>
          <w:sz w:val="21"/>
        </w:rPr>
        <w:t xml:space="preserve"> </w:t>
      </w:r>
    </w:p>
    <w:p>
      <w:pPr>
        <w:spacing w:before="0" w:after="60"/>
      </w:pPr>
      <w:r>
        <w:rPr>
          <w:b/>
          <w:sz w:val="21"/>
        </w:rPr>
        <w:t xml:space="preserve">Dowód zakupu: </w:t>
      </w:r>
      <w:r>
        <w:rPr>
          <w:color w:val="808080"/>
          <w:sz w:val="21"/>
        </w:rPr>
        <w:t>__________________</w:t>
      </w:r>
      <w:r>
        <w:rPr>
          <w:sz w:val="21"/>
        </w:rPr>
        <w:t xml:space="preserve"> </w:t>
      </w:r>
      <w:r>
        <w:rPr>
          <w:color w:val="808080"/>
          <w:sz w:val="19"/>
        </w:rPr>
        <w:t>(paragon, faktura, potwierdzenie płatności, e-mail z zamówieniem — numer lub opis)</w:t>
      </w:r>
    </w:p>
    <w:p>
      <w:pPr>
        <w:spacing w:before="80" w:after="0"/>
      </w:pPr>
      <w:r>
        <w:rPr>
          <w:b/>
          <w:sz w:val="21"/>
        </w:rPr>
        <w:t xml:space="preserve">Towar jest niezgodny z umową, ponieważ: </w:t>
      </w:r>
    </w:p>
    <w:p>
      <w:pPr>
        <w:spacing w:before="0" w:after="40"/>
      </w:pPr>
      <w:r>
        <w:rPr>
          <w:color w:val="808080"/>
          <w:sz w:val="19"/>
        </w:rPr>
        <w:t>(opis wady: co i gdzie — np. odklejona podeszwa przy palcach lewego buta; kiedy ją zauważono; jak buty były używane; jaką cechę obiecywano w ofercie, np. wodoodporność)</w:t>
      </w:r>
    </w:p>
    <w:p>
      <w:pPr>
        <w:spacing w:before="0" w:after="40"/>
      </w:pPr>
      <w:r>
        <w:rPr>
          <w:color w:val="808080"/>
          <w:sz w:val="21"/>
        </w:rPr>
        <w:t>______________________________________________________________________________</w:t>
      </w:r>
    </w:p>
    <w:p>
      <w:pPr>
        <w:spacing w:before="0" w:after="40"/>
      </w:pPr>
      <w:r>
        <w:rPr>
          <w:color w:val="808080"/>
          <w:sz w:val="21"/>
        </w:rPr>
        <w:t>______________________________________________________________________________</w:t>
      </w:r>
    </w:p>
    <w:p>
      <w:pPr>
        <w:spacing w:before="0" w:after="40"/>
      </w:pPr>
      <w:r>
        <w:rPr>
          <w:color w:val="808080"/>
          <w:sz w:val="21"/>
        </w:rPr>
        <w:t>______________________________________________________________________________</w:t>
      </w:r>
    </w:p>
    <w:p>
      <w:pPr>
        <w:spacing w:before="120" w:after="60"/>
      </w:pPr>
      <w:r>
        <w:rPr>
          <w:b/>
          <w:sz w:val="21"/>
        </w:rPr>
        <w:t xml:space="preserve">Na podstawie przepisów ustawy o prawach konsumenta o niezgodności towaru z umową żądam </w:t>
      </w:r>
      <w:r>
        <w:rPr>
          <w:color w:val="808080"/>
          <w:sz w:val="19"/>
        </w:rPr>
        <w:t>(zaznacz jedno żądanie)</w:t>
      </w:r>
      <w:r>
        <w:rPr>
          <w:sz w:val="21"/>
        </w:rPr>
        <w:t>: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naprawy obuwia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wymiany na nową parę zgodną z umową</w:t>
      </w:r>
    </w:p>
    <w:p>
      <w:pPr>
        <w:spacing w:before="60" w:after="60"/>
        <w:ind w:left="340"/>
      </w:pPr>
      <w:r>
        <w:rPr>
          <w:color w:val="808080"/>
          <w:sz w:val="16"/>
        </w:rPr>
        <w:t>Obniżenia ceny albo odstąpienia od umowy możesz żądać tylko w ustawowych przypadkach — m.in. gdy sprzedawca odmówił naprawy i wymiany, nie wykonał ich, wada wróciła mimo naprawy albo niezgodność jest tak istotna, że uzasadnia to od razu. Przy nieistotnej niezgodności odstąpienie nie przysługuje.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obniżenia ceny o ______ zł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odstępuję od umowy i proszę o zwrot zapłaconej ceny</w:t>
      </w:r>
    </w:p>
    <w:p>
      <w:pPr>
        <w:spacing w:before="120" w:after="40"/>
      </w:pPr>
      <w:r>
        <w:rPr>
          <w:b/>
          <w:sz w:val="21"/>
        </w:rPr>
        <w:t xml:space="preserve">Odpowiedź proszę przesłać na: 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adres e-mail: ____________________________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adres korespondencyjny podany wyżej</w:t>
      </w:r>
    </w:p>
    <w:p>
      <w:pPr>
        <w:spacing w:before="120" w:after="40"/>
      </w:pPr>
      <w:r>
        <w:rPr>
          <w:b/>
          <w:sz w:val="21"/>
        </w:rPr>
        <w:t>Załączniki: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zdjęcia obuwia i miejsca uszkodzenia (liczba: ___)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kopia dowodu zakupu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opis oferty lub metka z obiecaną cechą</w:t>
      </w:r>
      <w:r>
        <w:rPr>
          <w:sz w:val="21"/>
        </w:rPr>
        <w:t xml:space="preserve">  </w:t>
      </w:r>
      <w:r>
        <w:rPr>
          <w:color w:val="808080"/>
          <w:sz w:val="19"/>
        </w:rPr>
        <w:t>(jeśli dotyczy)</w:t>
      </w:r>
    </w:p>
    <w:p>
      <w:pPr>
        <w:spacing w:before="0" w:after="40"/>
        <w:ind w:left="340"/>
      </w:pPr>
      <w:r>
        <w:rPr>
          <w:sz w:val="21"/>
        </w:rPr>
        <w:t xml:space="preserve">☐  </w:t>
      </w:r>
      <w:r>
        <w:rPr>
          <w:sz w:val="21"/>
        </w:rPr>
        <w:t>protokół wcześniejszej naprawy</w:t>
      </w:r>
      <w:r>
        <w:rPr>
          <w:sz w:val="21"/>
        </w:rPr>
        <w:t xml:space="preserve">  </w:t>
      </w:r>
      <w:r>
        <w:rPr>
          <w:color w:val="808080"/>
          <w:sz w:val="19"/>
        </w:rPr>
        <w:t>(jeśli sklep już próbował naprawy)</w:t>
      </w:r>
    </w:p>
    <w:p>
      <w:pPr>
        <w:spacing w:before="0" w:after="40"/>
      </w:pPr>
    </w:p>
    <w:p>
      <w:pPr>
        <w:spacing w:before="0" w:after="0"/>
        <w:jc w:val="right"/>
      </w:pPr>
      <w:r>
        <w:rPr>
          <w:color w:val="808080"/>
          <w:sz w:val="21"/>
        </w:rPr>
        <w:t>__________________________________</w:t>
      </w:r>
    </w:p>
    <w:p>
      <w:pPr>
        <w:spacing w:before="0" w:after="80"/>
        <w:jc w:val="right"/>
      </w:pPr>
      <w:r>
        <w:rPr>
          <w:color w:val="808080"/>
          <w:sz w:val="19"/>
        </w:rPr>
        <w:t>(podpis konsumenta)</w:t>
      </w:r>
    </w:p>
    <w:p>
      <w:r>
        <w:br w:type="page"/>
      </w:r>
    </w:p>
    <w:p>
      <w:pPr>
        <w:keepNext/>
        <w:spacing w:before="0" w:after="60"/>
      </w:pPr>
      <w:r>
        <w:rPr>
          <w:b/>
          <w:sz w:val="23"/>
        </w:rPr>
        <w:t>Jak wypełnić reklamację</w:t>
      </w:r>
    </w:p>
    <w:p>
      <w:pPr>
        <w:spacing w:before="0" w:after="160"/>
      </w:pPr>
      <w:r>
        <w:rPr>
          <w:color w:val="808080"/>
          <w:sz w:val="19"/>
        </w:rPr>
        <w:t>Szare linie i podpowiedzi w nawiasach usuń po wpisaniu danych — nie są częścią pisma.</w:t>
      </w:r>
    </w:p>
    <w:p>
      <w:pPr>
        <w:spacing w:before="0" w:after="100"/>
        <w:jc w:val="both"/>
      </w:pPr>
      <w:r>
        <w:rPr>
          <w:b/>
          <w:sz w:val="21"/>
        </w:rPr>
        <w:t xml:space="preserve">Do kogo. </w:t>
      </w:r>
      <w:r>
        <w:rPr>
          <w:sz w:val="21"/>
        </w:rPr>
        <w:t>Pismo kieruj do sprzedawcy, nawet jeśli producent dołączył kartę gwarancyjną. Gwarancja to dodatkowa ścieżka i nie odbiera ustawowych praw wobec sprzedawcy.</w:t>
      </w:r>
    </w:p>
    <w:p>
      <w:pPr>
        <w:spacing w:before="0" w:after="100"/>
        <w:jc w:val="both"/>
      </w:pPr>
      <w:r>
        <w:rPr>
          <w:b/>
          <w:sz w:val="21"/>
        </w:rPr>
        <w:t xml:space="preserve">Jak długo. </w:t>
      </w:r>
      <w:r>
        <w:rPr>
          <w:sz w:val="21"/>
        </w:rPr>
        <w:t>Sprzedawca odpowiada co do zasady za niezgodność ujawnioną w ciągu dwóch lat od dostarczenia butów. Zakup na wyprzedaży tego okresu nie skraca. Nie zwlekaj ze zgłoszeniem, gdy problem się pojawi.</w:t>
      </w:r>
    </w:p>
    <w:p>
      <w:pPr>
        <w:spacing w:before="0" w:after="100"/>
        <w:jc w:val="both"/>
      </w:pPr>
      <w:r>
        <w:rPr>
          <w:b/>
          <w:sz w:val="21"/>
        </w:rPr>
        <w:t xml:space="preserve">Opis wady. </w:t>
      </w:r>
      <w:r>
        <w:rPr>
          <w:sz w:val="21"/>
        </w:rPr>
        <w:t>Napisz, kiedy wada pojawiła się pierwszy raz, po jakim czasie i w jakich warunkach. Sama niewygoda nie zawsze jest wadą, jeśli buty odpowiadają opisowi.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154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Objaw</w:t>
            </w:r>
          </w:p>
        </w:tc>
        <w:tc>
          <w:tcPr>
            <w:tcW w:type="dxa" w:w="3742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Co pokazać</w:t>
            </w:r>
          </w:p>
        </w:tc>
        <w:tc>
          <w:tcPr>
            <w:tcW w:type="dxa" w:w="3742"/>
            <w:shd w:val="clear" w:color="auto" w:fill="E5E7EB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Co opisać</w:t>
            </w:r>
          </w:p>
        </w:tc>
      </w:tr>
      <w:tr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19"/>
              </w:rPr>
              <w:t>Odklejona podeszwa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Zdjęcie miejsca odklejenia i obu butów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Moment ujawnienia i zwykły sposób używania</w:t>
            </w:r>
          </w:p>
        </w:tc>
      </w:tr>
      <w:tr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19"/>
              </w:rPr>
              <w:t>Pęknięty szew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Zbliżenie szwu oraz zdjęcie całego buta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Czy uszkodzenie postępuje i wpływa na użytkowanie</w:t>
            </w:r>
          </w:p>
        </w:tc>
      </w:tr>
      <w:tr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19"/>
              </w:rPr>
              <w:t>Przemakanie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Opis oferty, metkę lub opakowanie z deklaracją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Warunki, w których obuwie przemokło</w:t>
            </w:r>
          </w:p>
        </w:tc>
      </w:tr>
      <w:tr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19"/>
              </w:rPr>
              <w:t>Brak paragonu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Potwierdzenie płatności lub e-mail z zamówieniem</w:t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sz w:val="19"/>
              </w:rPr>
              <w:t>Sklep, model i datę zakupu</w:t>
            </w:r>
          </w:p>
        </w:tc>
      </w:tr>
    </w:tbl>
    <w:p>
      <w:pPr>
        <w:spacing w:after="40"/>
      </w:pPr>
    </w:p>
    <w:p>
      <w:pPr>
        <w:spacing w:before="0" w:after="100"/>
        <w:jc w:val="both"/>
      </w:pPr>
      <w:r>
        <w:rPr>
          <w:b/>
          <w:sz w:val="21"/>
        </w:rPr>
        <w:t xml:space="preserve">Jedno żądanie. </w:t>
      </w:r>
      <w:r>
        <w:rPr>
          <w:sz w:val="21"/>
        </w:rPr>
        <w:t>Punktem wyjścia jest naprawa albo wymiana. Nie wpisuj jednocześnie kilku wzajemnie sprzecznych żądań bez wyjaśnienia. Obniżenia ceny albo odstąpienia od umowy możesz żądać tylko w ustawowych przypadkach — m.in. gdy sprzedawca odmówił naprawy i wymiany, nie wykonał ich, wada wróciła mimo naprawy albo niezgodność jest tak istotna, że uzasadnia to od razu. Przy nieistotnej niezgodności odstąpienie nie przysługuje.</w:t>
      </w:r>
    </w:p>
    <w:p>
      <w:pPr>
        <w:spacing w:before="0" w:after="100"/>
        <w:jc w:val="both"/>
      </w:pPr>
      <w:r>
        <w:rPr>
          <w:b/>
          <w:sz w:val="21"/>
        </w:rPr>
        <w:t xml:space="preserve">Dowód zakupu i pudełko. </w:t>
      </w:r>
      <w:r>
        <w:rPr>
          <w:sz w:val="21"/>
        </w:rPr>
        <w:t>Paragon nie jest jedynym dowodem — wystarczy faktura, potwierdzenie płatności, wyciąg z konta albo e-mail z zamówieniem. Oryginalne pudełko nie jest warunkiem reklamacji.</w:t>
      </w:r>
    </w:p>
    <w:p>
      <w:pPr>
        <w:spacing w:before="0" w:after="100"/>
        <w:jc w:val="both"/>
      </w:pPr>
      <w:r>
        <w:rPr>
          <w:b/>
          <w:sz w:val="21"/>
        </w:rPr>
        <w:t xml:space="preserve">Zanim oddasz buty. </w:t>
      </w:r>
      <w:r>
        <w:rPr>
          <w:sz w:val="21"/>
        </w:rPr>
        <w:t>Zrób zdjęcia ich stanu, zachowaj kopię pisma i poproś o potwierdzenie przekazania pary do sklepu lub serwisu. Nie naprawiaj butów samodzielnie przed pokazaniem ich sprzedawcy. Przy zgłoszeniu elektronicznym pobierz potwierdzenie z formularza sklepu.</w:t>
      </w:r>
    </w:p>
    <w:p>
      <w:pPr>
        <w:spacing w:before="0" w:after="100"/>
        <w:jc w:val="both"/>
      </w:pPr>
      <w:r>
        <w:rPr>
          <w:b/>
          <w:sz w:val="21"/>
        </w:rPr>
        <w:t xml:space="preserve">Termin odpowiedzi. </w:t>
      </w:r>
      <w:r>
        <w:rPr>
          <w:sz w:val="21"/>
        </w:rPr>
        <w:t>Sprzedawca ma co do zasady 14 dni od otrzymania reklamacji na odpowiedź. To nie jest termin fizycznej naprawy butów.</w:t>
      </w:r>
    </w:p>
    <w:p>
      <w:pPr>
        <w:spacing w:before="0" w:after="100"/>
        <w:jc w:val="both"/>
      </w:pPr>
      <w:r>
        <w:rPr>
          <w:b/>
          <w:sz w:val="21"/>
        </w:rPr>
        <w:t xml:space="preserve">Po odmowie. </w:t>
      </w:r>
      <w:r>
        <w:rPr>
          <w:sz w:val="21"/>
        </w:rPr>
        <w:t>Poproś o pisemne uzasadnienie i sprawdź, czy odnosi się do opisanej wady i wybranego żądania. Możesz odpowiedzieć z brakującymi dowodami. Bezpłatnie pomoże miejski albo powiatowy rzecznik konsumentów; w sporze o przyczynę uszkodzenia przydać się może opinia rzeczoznawcy.</w:t>
      </w:r>
    </w:p>
    <w:p>
      <w:pPr>
        <w:spacing w:before="120" w:after="80"/>
      </w:pPr>
      <w:r>
        <w:rPr>
          <w:color w:val="808080"/>
          <w:sz w:val="17"/>
        </w:rPr>
        <w:t>Wzór ma charakter informacyjny i nie zastępuje porady prawnej. Stan prawny: październik 2026 r. Pobrano z ih.katowice.pl — „Reklamacja obuwia — co napisać i co zrobić po odmowie [wzór]”.</w:t>
      </w:r>
    </w:p>
    <w:sectPr w:rsidR="00FC693F" w:rsidRPr="0006063C" w:rsidSect="00034616">
      <w:footerReference w:type="default" r:id="rId9"/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Wzór udostępniony przez ih.katowice.pl · artykuł: „Reklamacja obuwia — co napisać i co zrobić po odmowie [wzór]” · Stan prawny: październik 2026 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reklamacji obuwia</dc:title>
  <dc:subject/>
  <dc:creator>ih.katowice.pl</dc:creator>
  <cp:keywords/>
  <dc:description/>
  <cp:lastModifiedBy>ih.katowice.pl</cp:lastModifiedBy>
  <cp:revision>1</cp:revision>
  <dcterms:created xsi:type="dcterms:W3CDTF">2013-12-23T23:15:00Z</dcterms:created>
  <dcterms:modified xsi:type="dcterms:W3CDTF">2013-12-23T23:15:00Z</dcterms:modified>
  <cp:category/>
</cp:coreProperties>
</file>