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right"/>
      </w:pPr>
      <w:r>
        <w:rPr>
          <w:color w:val="808080"/>
          <w:sz w:val="21"/>
        </w:rPr>
        <w:t>__________________________________</w:t>
      </w:r>
    </w:p>
    <w:p>
      <w:pPr>
        <w:spacing w:before="0" w:after="200"/>
        <w:jc w:val="right"/>
      </w:pPr>
      <w:r>
        <w:rPr>
          <w:color w:val="808080"/>
          <w:sz w:val="19"/>
        </w:rPr>
        <w:t>(miejscowość, data)</w:t>
      </w:r>
    </w:p>
    <w:p>
      <w:pPr>
        <w:keepNext/>
        <w:spacing w:before="0" w:after="60"/>
      </w:pPr>
      <w:r>
        <w:rPr>
          <w:b/>
          <w:sz w:val="23"/>
        </w:rPr>
        <w:t>Konsument</w:t>
      </w:r>
    </w:p>
    <w:p>
      <w:pPr>
        <w:spacing w:before="0" w:after="120"/>
      </w:pPr>
      <w:r>
        <w:rPr>
          <w:b/>
          <w:sz w:val="21"/>
        </w:rPr>
        <w:t xml:space="preserve">Imię i nazwisko: </w:t>
      </w:r>
      <w:r>
        <w:rPr>
          <w:color w:val="808080"/>
          <w:sz w:val="21"/>
        </w:rPr>
        <w:t>____________________________________________________</w:t>
      </w:r>
      <w:r>
        <w:rPr>
          <w:sz w:val="21"/>
        </w:rPr>
        <w:t xml:space="preserve"> </w:t>
      </w:r>
    </w:p>
    <w:p>
      <w:pPr>
        <w:spacing w:before="0" w:after="120"/>
      </w:pPr>
      <w:r>
        <w:rPr>
          <w:b/>
          <w:sz w:val="21"/>
        </w:rPr>
        <w:t xml:space="preserve">Adres lub e-mail: </w:t>
      </w:r>
      <w:r>
        <w:rPr>
          <w:color w:val="808080"/>
          <w:sz w:val="21"/>
        </w:rPr>
        <w:t>__________________________________________________</w:t>
      </w:r>
      <w:r>
        <w:rPr>
          <w:sz w:val="21"/>
        </w:rPr>
        <w:t xml:space="preserve"> </w:t>
      </w:r>
    </w:p>
    <w:p>
      <w:pPr>
        <w:keepNext/>
        <w:spacing w:before="160" w:after="60"/>
      </w:pPr>
      <w:r>
        <w:rPr>
          <w:b/>
          <w:sz w:val="23"/>
        </w:rPr>
        <w:t>Adresat — przedsiębiorca</w:t>
      </w:r>
    </w:p>
    <w:p>
      <w:pPr>
        <w:spacing w:before="0" w:after="120"/>
      </w:pPr>
      <w:r>
        <w:rPr>
          <w:b/>
          <w:sz w:val="21"/>
        </w:rPr>
        <w:t xml:space="preserve">Nazwa: </w:t>
      </w:r>
      <w:r>
        <w:rPr>
          <w:color w:val="808080"/>
          <w:sz w:val="21"/>
        </w:rPr>
        <w:t>______________________________________________________________</w:t>
      </w:r>
      <w:r>
        <w:rPr>
          <w:sz w:val="21"/>
        </w:rPr>
        <w:t xml:space="preserve"> </w:t>
      </w:r>
    </w:p>
    <w:p>
      <w:pPr>
        <w:spacing w:before="0" w:after="120"/>
      </w:pPr>
      <w:r>
        <w:rPr>
          <w:b/>
          <w:sz w:val="21"/>
        </w:rPr>
        <w:t xml:space="preserve">Adres: </w:t>
      </w:r>
      <w:r>
        <w:rPr>
          <w:color w:val="808080"/>
          <w:sz w:val="21"/>
        </w:rPr>
        <w:t>________________________________________</w:t>
      </w:r>
      <w:r>
        <w:rPr>
          <w:sz w:val="21"/>
        </w:rPr>
        <w:t xml:space="preserve"> </w:t>
      </w:r>
      <w:r>
        <w:rPr>
          <w:color w:val="808080"/>
          <w:sz w:val="19"/>
        </w:rPr>
        <w:t>(ulica, kod, miejscowość; e-mail, jeśli sklep go podaje)</w:t>
      </w:r>
    </w:p>
    <w:p>
      <w:pPr>
        <w:spacing w:before="0" w:after="160"/>
      </w:pPr>
    </w:p>
    <w:p>
      <w:pPr>
        <w:spacing w:before="0" w:after="200"/>
        <w:jc w:val="center"/>
      </w:pPr>
      <w:r>
        <w:rPr>
          <w:b/>
          <w:sz w:val="28"/>
        </w:rPr>
        <w:t>Oświadczenie o odstąpieniu od umowy zawartej na odległość</w:t>
      </w:r>
    </w:p>
    <w:p>
      <w:pPr>
        <w:spacing w:before="0" w:after="160"/>
      </w:pPr>
      <w:r>
        <w:rPr>
          <w:sz w:val="21"/>
        </w:rPr>
        <w:t xml:space="preserve">Oświadczam, że odstępuję od umowy zawartej na odległość dotyczącej </w:t>
      </w:r>
      <w:r>
        <w:rPr>
          <w:color w:val="808080"/>
          <w:sz w:val="21"/>
        </w:rPr>
        <w:t>______________________________</w:t>
      </w:r>
      <w:r>
        <w:rPr>
          <w:sz w:val="21"/>
        </w:rPr>
        <w:t xml:space="preserve"> </w:t>
      </w:r>
      <w:r>
        <w:rPr>
          <w:color w:val="808080"/>
          <w:sz w:val="19"/>
        </w:rPr>
        <w:t>(nazwa towaru lub usługi)</w:t>
      </w:r>
      <w:r>
        <w:rPr>
          <w:sz w:val="21"/>
        </w:rPr>
        <w:t xml:space="preserve">, zamówienie nr </w:t>
      </w:r>
      <w:r>
        <w:rPr>
          <w:color w:val="808080"/>
          <w:sz w:val="21"/>
        </w:rPr>
        <w:t>________________</w:t>
      </w:r>
      <w:r>
        <w:rPr>
          <w:sz w:val="21"/>
        </w:rPr>
        <w:t xml:space="preserve">, zawartej dnia </w:t>
      </w:r>
      <w:r>
        <w:rPr>
          <w:color w:val="808080"/>
          <w:sz w:val="21"/>
        </w:rPr>
        <w:t>______________</w:t>
      </w:r>
      <w:r>
        <w:rPr>
          <w:sz w:val="21"/>
        </w:rPr>
        <w:t xml:space="preserve"> </w:t>
      </w:r>
      <w:r>
        <w:rPr>
          <w:color w:val="808080"/>
          <w:sz w:val="19"/>
        </w:rPr>
        <w:t>(data zamówienia)</w:t>
      </w:r>
      <w:r>
        <w:rPr>
          <w:sz w:val="21"/>
        </w:rPr>
        <w:t>.</w:t>
      </w:r>
    </w:p>
    <w:p>
      <w:pPr>
        <w:spacing w:before="0" w:after="160"/>
      </w:pPr>
      <w:r>
        <w:rPr>
          <w:sz w:val="21"/>
        </w:rPr>
        <w:t xml:space="preserve">Towar otrzymałem / otrzymałam dnia </w:t>
      </w:r>
      <w:r>
        <w:rPr>
          <w:color w:val="808080"/>
          <w:sz w:val="21"/>
        </w:rPr>
        <w:t>______________</w:t>
      </w:r>
      <w:r>
        <w:rPr>
          <w:sz w:val="21"/>
        </w:rPr>
        <w:t xml:space="preserve"> </w:t>
      </w:r>
      <w:r>
        <w:rPr>
          <w:color w:val="808080"/>
          <w:sz w:val="19"/>
        </w:rPr>
        <w:t>(data odbioru — jeśli dotyczy; niepotrzebne skreśl)</w:t>
      </w:r>
      <w:r>
        <w:rPr>
          <w:sz w:val="21"/>
        </w:rPr>
        <w:t>.</w:t>
      </w:r>
    </w:p>
    <w:p>
      <w:pPr>
        <w:spacing w:before="0" w:after="160"/>
      </w:pPr>
      <w:r>
        <w:rPr>
          <w:sz w:val="21"/>
        </w:rPr>
        <w:t>Proszę o zwrot płatności zgodnie z przepisami ustawy o prawach konsumenta.</w:t>
      </w:r>
    </w:p>
    <w:p>
      <w:pPr>
        <w:spacing w:before="0" w:after="0"/>
      </w:pPr>
      <w:r>
        <w:rPr>
          <w:sz w:val="21"/>
        </w:rPr>
        <w:t xml:space="preserve">Numer rachunku do zwrotu: </w:t>
      </w:r>
      <w:r>
        <w:rPr>
          <w:color w:val="808080"/>
          <w:sz w:val="21"/>
        </w:rPr>
        <w:t>________________________________________</w:t>
      </w:r>
    </w:p>
    <w:p>
      <w:pPr>
        <w:spacing w:before="0" w:after="320"/>
      </w:pPr>
      <w:r>
        <w:rPr>
          <w:color w:val="808080"/>
          <w:sz w:val="19"/>
        </w:rPr>
        <w:t>(wpisz tylko, jeśli uzgodniono zwrot przelewem na wskazane konto — inaczej usuń ten wiersz)</w:t>
      </w:r>
    </w:p>
    <w:p>
      <w:pPr>
        <w:spacing w:before="0" w:after="0"/>
        <w:jc w:val="right"/>
      </w:pPr>
      <w:r>
        <w:rPr>
          <w:color w:val="808080"/>
          <w:sz w:val="21"/>
        </w:rPr>
        <w:t>__________________________________</w:t>
      </w:r>
    </w:p>
    <w:p>
      <w:pPr>
        <w:spacing w:before="0" w:after="80"/>
        <w:jc w:val="right"/>
      </w:pPr>
      <w:r>
        <w:rPr>
          <w:color w:val="808080"/>
          <w:sz w:val="19"/>
        </w:rPr>
        <w:t>(podpis konsumenta — tylko przy wersji papierowej)</w:t>
      </w:r>
    </w:p>
    <w:p>
      <w:r>
        <w:br w:type="page"/>
      </w:r>
    </w:p>
    <w:p>
      <w:pPr>
        <w:keepNext/>
        <w:spacing w:before="0" w:after="60"/>
      </w:pPr>
      <w:r>
        <w:rPr>
          <w:b/>
          <w:sz w:val="23"/>
        </w:rPr>
        <w:t>Jak wypełnić i wysłać oświadczenie</w:t>
      </w:r>
    </w:p>
    <w:p>
      <w:pPr>
        <w:spacing w:before="0" w:after="160"/>
      </w:pPr>
      <w:r>
        <w:rPr>
          <w:color w:val="808080"/>
          <w:sz w:val="19"/>
        </w:rPr>
        <w:t>Szare linie i podpowiedzi w nawiasach usuń po wpisaniu danych — nie są częścią oświadczenia.</w:t>
      </w:r>
    </w:p>
    <w:p>
      <w:pPr>
        <w:spacing w:before="0" w:after="100"/>
        <w:jc w:val="both"/>
      </w:pPr>
      <w:r>
        <w:rPr>
          <w:b/>
          <w:sz w:val="21"/>
        </w:rPr>
        <w:t xml:space="preserve">Termin: 14 dni. </w:t>
      </w:r>
      <w:r>
        <w:rPr>
          <w:sz w:val="21"/>
        </w:rPr>
        <w:t>Przy zakupie jednej rzeczy liczysz go od dnia, w którym ty albo wskazana przez ciebie osoba (inna niż przewoźnik) objęła ją w posiadanie. Gdy jedno zamówienie przyszło w kilku przesyłkach, liczy się odbiór ostatniej. Przy umowie o usługę termin biegnie co do zasady od dnia zawarcia umowy.</w:t>
      </w:r>
    </w:p>
    <w:p>
      <w:pPr>
        <w:spacing w:before="0" w:after="100"/>
        <w:jc w:val="both"/>
      </w:pPr>
      <w:r>
        <w:rPr>
          <w:b/>
          <w:sz w:val="21"/>
        </w:rPr>
        <w:t xml:space="preserve">Wystarczy wysłać przed upływem terminu. </w:t>
      </w:r>
      <w:r>
        <w:rPr>
          <w:sz w:val="21"/>
        </w:rPr>
        <w:t>Oświadczenie możesz złożyć także przed otrzymaniem przesyłki — nie musisz czekać do końca 14 dni.</w:t>
      </w:r>
    </w:p>
    <w:p>
      <w:pPr>
        <w:spacing w:before="0" w:after="100"/>
        <w:jc w:val="both"/>
      </w:pPr>
      <w:r>
        <w:rPr>
          <w:b/>
          <w:sz w:val="21"/>
        </w:rPr>
        <w:t xml:space="preserve">Forma jest dowolna. </w:t>
      </w:r>
      <w:r>
        <w:rPr>
          <w:sz w:val="21"/>
        </w:rPr>
        <w:t>Możesz użyć formularza sklepu, wysłać e-mail albo list. Ważne, żeby z treści jasno wynikało, od której umowy odstępujesz. Przyczyny podawać nie musisz.</w:t>
      </w:r>
    </w:p>
    <w:p>
      <w:pPr>
        <w:spacing w:before="0" w:after="100"/>
        <w:jc w:val="both"/>
      </w:pPr>
      <w:r>
        <w:rPr>
          <w:b/>
          <w:sz w:val="21"/>
        </w:rPr>
        <w:t xml:space="preserve">Dane, po których sklep znajdzie zamówienie. </w:t>
      </w:r>
      <w:r>
        <w:rPr>
          <w:sz w:val="21"/>
        </w:rPr>
        <w:t>Numer zamówienia, data zamówienia i odbioru, twoje dane oraz nazwa produktu. Pola, które nie pasują do transakcji, usuń.</w:t>
      </w:r>
    </w:p>
    <w:p>
      <w:pPr>
        <w:spacing w:before="0" w:after="100"/>
        <w:jc w:val="both"/>
      </w:pPr>
      <w:r>
        <w:rPr>
          <w:b/>
          <w:sz w:val="21"/>
        </w:rPr>
        <w:t xml:space="preserve">Numer rachunku. </w:t>
      </w:r>
      <w:r>
        <w:rPr>
          <w:sz w:val="21"/>
        </w:rPr>
        <w:t>Sklep co do zasady zwraca płatność tym samym sposobem, którego użyto przy zakupie. Numer konta wpisz tylko wtedy, gdy uzgodniliście zwrot przelewem.</w:t>
      </w:r>
    </w:p>
    <w:p>
      <w:pPr>
        <w:spacing w:before="0" w:after="100"/>
        <w:jc w:val="both"/>
      </w:pPr>
      <w:r>
        <w:rPr>
          <w:b/>
          <w:sz w:val="21"/>
        </w:rPr>
        <w:t xml:space="preserve">Podpis. </w:t>
      </w:r>
      <w:r>
        <w:rPr>
          <w:sz w:val="21"/>
        </w:rPr>
        <w:t>Potrzebny tylko przy wersji papierowej. W e-mailu podpis odręczny nie jest wymagany, ale wiadomość musi jasno wskazywać nadawcę i decyzję.</w:t>
      </w:r>
    </w:p>
    <w:p>
      <w:pPr>
        <w:spacing w:before="0" w:after="100"/>
        <w:jc w:val="both"/>
      </w:pPr>
      <w:r>
        <w:rPr>
          <w:b/>
          <w:sz w:val="21"/>
        </w:rPr>
        <w:t xml:space="preserve">Dowód wysłania. </w:t>
      </w:r>
      <w:r>
        <w:rPr>
          <w:sz w:val="21"/>
        </w:rPr>
        <w:t>Zachowaj kopię oświadczenia i potwierdzenie: wysłany e-mail z datą i adresem odbiorcy, potwierdzenie nadania listu albo zrzut ekranu ostatniego kroku formularza online.</w:t>
      </w:r>
    </w:p>
    <w:p>
      <w:pPr>
        <w:spacing w:before="0" w:after="100"/>
        <w:jc w:val="both"/>
      </w:pPr>
      <w:r>
        <w:rPr>
          <w:b/>
          <w:sz w:val="21"/>
        </w:rPr>
        <w:t xml:space="preserve">Co dalej. </w:t>
      </w:r>
      <w:r>
        <w:rPr>
          <w:sz w:val="21"/>
        </w:rPr>
        <w:t>Towar odeślij najpóźniej w ciągu 14 dni od złożenia oświadczenia. Sklep ma 14 dni od otrzymania oświadczenia na zwrot płatności, w tym kosztu najtańszej zwykłej dostawy, ale może wstrzymać zwrot do czasu otrzymania rzeczy albo dowodu jej odesłania. Bezpośredni koszt odesłania zwykle ponosisz ty, jeśli sklep poinformował o tym przed zakupem.</w:t>
      </w:r>
    </w:p>
    <w:p>
      <w:pPr>
        <w:spacing w:before="0" w:after="100"/>
        <w:jc w:val="both"/>
      </w:pPr>
      <w:r>
        <w:rPr>
          <w:b/>
          <w:sz w:val="21"/>
        </w:rPr>
        <w:t xml:space="preserve">Wyjątki. </w:t>
      </w:r>
      <w:r>
        <w:rPr>
          <w:sz w:val="21"/>
        </w:rPr>
        <w:t>Prawo odstąpienia może nie przysługiwać m.in. przy rzeczy wykonanej według twojej specyfikacji, szybko psującej się żywności albo zapieczętowanym produkcie, którego po otwarciu nie można zwrócić ze względów higienicznych. Przy treściach cyfrowych i usługach znaczenie mają twoje zgody i moment rozpoczęcia świadczenia.</w:t>
      </w:r>
    </w:p>
    <w:p>
      <w:pPr>
        <w:spacing w:before="0" w:after="100"/>
        <w:jc w:val="both"/>
      </w:pPr>
      <w:r>
        <w:rPr>
          <w:b/>
          <w:sz w:val="21"/>
        </w:rPr>
        <w:t xml:space="preserve">Sklep nie poinformował o prawie odstąpienia? </w:t>
      </w:r>
      <w:r>
        <w:rPr>
          <w:sz w:val="21"/>
        </w:rPr>
        <w:t>Termin może wydłużyć się o 12 miesięcy po końcu zwykłego okresu. Jeśli informację dostaniesz wcześniej, 14 dni liczysz od jej otrzymania.</w:t>
      </w:r>
    </w:p>
    <w:p>
      <w:pPr>
        <w:spacing w:before="120" w:after="80"/>
      </w:pPr>
      <w:r>
        <w:rPr>
          <w:color w:val="808080"/>
          <w:sz w:val="17"/>
        </w:rPr>
        <w:t>Wzór ma charakter informacyjny i nie zastępuje porady prawnej. Stan prawny sprawdzono 27 września 2026 r. Pobrano z ih.katowice.pl — „Jak wypełnić wzór odstąpienia od umowy zawartej na odległość?”.</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6"/>
      </w:rPr>
      <w:t>Wzór udostępniony przez ih.katowice.pl · artykuł: „Jak wypełnić wzór odstąpienia od umowy zawartej na odległość?” · Stan prawny: 27 września 2026 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odstąpienia od umowy zawartej na odległość</dc:title>
  <dc:subject/>
  <dc:creator>ih.katowice.pl</dc:creator>
  <cp:keywords/>
  <dc:description/>
  <cp:lastModifiedBy>ih.katowice.pl</cp:lastModifiedBy>
  <cp:revision>1</cp:revision>
  <dcterms:created xsi:type="dcterms:W3CDTF">2013-12-23T23:15:00Z</dcterms:created>
  <dcterms:modified xsi:type="dcterms:W3CDTF">2013-12-23T23:15:00Z</dcterms:modified>
  <cp:category/>
</cp:coreProperties>
</file>